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787B" w14:textId="77777777" w:rsidR="00C61A7C" w:rsidRDefault="00000000">
      <w:pPr>
        <w:jc w:val="center"/>
      </w:pPr>
      <w:r>
        <w:rPr>
          <w:noProof/>
        </w:rPr>
        <w:drawing>
          <wp:inline distT="0" distB="0" distL="0" distR="0" wp14:anchorId="71A834B2" wp14:editId="5CFA8447">
            <wp:extent cx="1097280" cy="13149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31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64449" w14:textId="14CF5979" w:rsidR="00C61A7C" w:rsidRDefault="00000000" w:rsidP="001903C1">
      <w:pPr>
        <w:jc w:val="center"/>
      </w:pPr>
      <w:r>
        <w:rPr>
          <w:b/>
        </w:rPr>
        <w:t>HAXBY AND WIGGINTON JOINT CEMETERY COMMITTEE</w:t>
      </w:r>
      <w:r>
        <w:rPr>
          <w:b/>
        </w:rPr>
        <w:br/>
      </w:r>
      <w:r>
        <w:t>Application for Burial / Interment</w:t>
      </w:r>
    </w:p>
    <w:p w14:paraId="31166256" w14:textId="77777777" w:rsidR="00C61A7C" w:rsidRDefault="00000000">
      <w:r>
        <w:t>Date of Application: __________________________</w:t>
      </w:r>
    </w:p>
    <w:p w14:paraId="42C75176" w14:textId="77777777" w:rsidR="00C61A7C" w:rsidRDefault="00000000">
      <w:r>
        <w:t>Applicant Name: ________________________________</w:t>
      </w:r>
    </w:p>
    <w:p w14:paraId="738CFBFF" w14:textId="77777777" w:rsidR="00C61A7C" w:rsidRDefault="00000000">
      <w:r>
        <w:t>Address: _______________________________________</w:t>
      </w:r>
    </w:p>
    <w:p w14:paraId="02AC6791" w14:textId="77777777" w:rsidR="00C61A7C" w:rsidRDefault="00000000">
      <w:r>
        <w:t>Telephone: _____________________________________</w:t>
      </w:r>
    </w:p>
    <w:p w14:paraId="2B0DD7F4" w14:textId="77777777" w:rsidR="00C61A7C" w:rsidRDefault="00000000">
      <w:r>
        <w:t>Email: _________________________________________</w:t>
      </w:r>
    </w:p>
    <w:p w14:paraId="4D2280E9" w14:textId="77777777" w:rsidR="00C61A7C" w:rsidRDefault="00C61A7C"/>
    <w:p w14:paraId="3FB8503F" w14:textId="77777777" w:rsidR="00C61A7C" w:rsidRDefault="00000000">
      <w:r>
        <w:t>Deceased Name: _________________________________</w:t>
      </w:r>
    </w:p>
    <w:p w14:paraId="1CEB666B" w14:textId="77777777" w:rsidR="00C61A7C" w:rsidRDefault="00000000">
      <w:r>
        <w:t>Date of Death: _________________________________</w:t>
      </w:r>
    </w:p>
    <w:p w14:paraId="0DC4CF12" w14:textId="77777777" w:rsidR="00C61A7C" w:rsidRDefault="00000000">
      <w:r>
        <w:t>Funeral Director: ______________________________</w:t>
      </w:r>
    </w:p>
    <w:p w14:paraId="5248A1DB" w14:textId="77777777" w:rsidR="00C61A7C" w:rsidRDefault="00C61A7C"/>
    <w:p w14:paraId="477630DD" w14:textId="77777777" w:rsidR="00C61A7C" w:rsidRDefault="00000000">
      <w:r>
        <w:t>Type of Interment:  □ Burial   □ Cremated Remains</w:t>
      </w:r>
    </w:p>
    <w:p w14:paraId="1C3D741D" w14:textId="77777777" w:rsidR="00C61A7C" w:rsidRDefault="00000000">
      <w:r>
        <w:t>Grave Number (if known): _______________________</w:t>
      </w:r>
    </w:p>
    <w:p w14:paraId="7C9C509A" w14:textId="77777777" w:rsidR="00C61A7C" w:rsidRDefault="00000000">
      <w:r>
        <w:t>Preferred Date of Interment: ___________________</w:t>
      </w:r>
    </w:p>
    <w:p w14:paraId="13CD1C82" w14:textId="77777777" w:rsidR="00C61A7C" w:rsidRDefault="00C61A7C"/>
    <w:p w14:paraId="3ECB64BE" w14:textId="77777777" w:rsidR="00C61A7C" w:rsidRDefault="00000000">
      <w:r>
        <w:t>Declaration:</w:t>
      </w:r>
    </w:p>
    <w:p w14:paraId="1BE4ABBC" w14:textId="77777777" w:rsidR="00C61A7C" w:rsidRDefault="00000000">
      <w:r>
        <w:t>I confirm that the information provided is correct and that I am authorised to make this application.</w:t>
      </w:r>
    </w:p>
    <w:p w14:paraId="2E9D158D" w14:textId="77777777" w:rsidR="00C61A7C" w:rsidRDefault="00C61A7C"/>
    <w:p w14:paraId="5B509C49" w14:textId="77777777" w:rsidR="00C61A7C" w:rsidRDefault="00000000">
      <w:r>
        <w:t>Signature: _____________________</w:t>
      </w:r>
    </w:p>
    <w:p w14:paraId="3E888319" w14:textId="77777777" w:rsidR="00C61A7C" w:rsidRDefault="00000000">
      <w:r>
        <w:t>Date: __________________________</w:t>
      </w:r>
    </w:p>
    <w:sectPr w:rsidR="00C61A7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822304">
    <w:abstractNumId w:val="8"/>
  </w:num>
  <w:num w:numId="2" w16cid:durableId="1357151039">
    <w:abstractNumId w:val="6"/>
  </w:num>
  <w:num w:numId="3" w16cid:durableId="1231502637">
    <w:abstractNumId w:val="5"/>
  </w:num>
  <w:num w:numId="4" w16cid:durableId="550531281">
    <w:abstractNumId w:val="4"/>
  </w:num>
  <w:num w:numId="5" w16cid:durableId="849639391">
    <w:abstractNumId w:val="7"/>
  </w:num>
  <w:num w:numId="6" w16cid:durableId="193347193">
    <w:abstractNumId w:val="3"/>
  </w:num>
  <w:num w:numId="7" w16cid:durableId="622464839">
    <w:abstractNumId w:val="2"/>
  </w:num>
  <w:num w:numId="8" w16cid:durableId="2100981158">
    <w:abstractNumId w:val="1"/>
  </w:num>
  <w:num w:numId="9" w16cid:durableId="40476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03C1"/>
    <w:rsid w:val="0029639D"/>
    <w:rsid w:val="00326F90"/>
    <w:rsid w:val="004A10F5"/>
    <w:rsid w:val="00AA1D8D"/>
    <w:rsid w:val="00B47730"/>
    <w:rsid w:val="00C61A7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625C26-FA26-431A-89A5-0DAF9D55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Jane Grant</cp:lastModifiedBy>
  <cp:revision>2</cp:revision>
  <dcterms:created xsi:type="dcterms:W3CDTF">2013-12-23T23:15:00Z</dcterms:created>
  <dcterms:modified xsi:type="dcterms:W3CDTF">2026-08-03T10:18:00Z</dcterms:modified>
  <cp:category/>
</cp:coreProperties>
</file>