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2559C5" w14:textId="77777777" w:rsidR="00E147F0" w:rsidRDefault="00000000">
      <w:pPr>
        <w:jc w:val="center"/>
      </w:pPr>
      <w:r>
        <w:rPr>
          <w:b/>
          <w:sz w:val="24"/>
        </w:rPr>
        <w:t>HAXBY AND WIGGINTON JOINT CEMETERY COMMITTEE</w:t>
      </w:r>
      <w:r>
        <w:rPr>
          <w:b/>
          <w:sz w:val="24"/>
        </w:rPr>
        <w:br/>
      </w:r>
    </w:p>
    <w:p w14:paraId="6FF02F80" w14:textId="74DA619D" w:rsidR="00A36CC6" w:rsidRDefault="0056667C">
      <w:pPr>
        <w:jc w:val="center"/>
      </w:pPr>
      <w:r>
        <w:rPr>
          <w:noProof/>
        </w:rPr>
        <w:drawing>
          <wp:inline distT="0" distB="0" distL="0" distR="0" wp14:anchorId="05C11FB7" wp14:editId="4B0DB52D">
            <wp:extent cx="1123251" cy="1392143"/>
            <wp:effectExtent l="0" t="0" r="1270" b="0"/>
            <wp:docPr id="4687143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193304" cy="1478965"/>
                    </a:xfrm>
                    <a:prstGeom prst="rect">
                      <a:avLst/>
                    </a:prstGeom>
                    <a:noFill/>
                  </pic:spPr>
                </pic:pic>
              </a:graphicData>
            </a:graphic>
          </wp:inline>
        </w:drawing>
      </w:r>
      <w:r w:rsidR="0038679F">
        <w:rPr>
          <w:noProof/>
        </w:rPr>
        <w:drawing>
          <wp:inline distT="0" distB="0" distL="0" distR="0" wp14:anchorId="773A1967" wp14:editId="4CE0117E">
            <wp:extent cx="1750695" cy="1414131"/>
            <wp:effectExtent l="0" t="0" r="190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81535" cy="1439042"/>
                    </a:xfrm>
                    <a:prstGeom prst="rect">
                      <a:avLst/>
                    </a:prstGeom>
                    <a:noFill/>
                    <a:ln>
                      <a:noFill/>
                    </a:ln>
                  </pic:spPr>
                </pic:pic>
              </a:graphicData>
            </a:graphic>
          </wp:inline>
        </w:drawing>
      </w:r>
    </w:p>
    <w:p w14:paraId="3958E26D" w14:textId="77777777" w:rsidR="00127F49" w:rsidRDefault="00127F49">
      <w:pPr>
        <w:jc w:val="center"/>
      </w:pPr>
    </w:p>
    <w:p w14:paraId="2BD5588F" w14:textId="77777777" w:rsidR="00E147F0" w:rsidRDefault="00000000">
      <w:pPr>
        <w:jc w:val="center"/>
      </w:pPr>
      <w:r>
        <w:t>Application for the Pre-Purchase of a Grave Space</w:t>
      </w:r>
    </w:p>
    <w:p w14:paraId="32B31E72" w14:textId="77777777" w:rsidR="00E147F0" w:rsidRDefault="00E147F0"/>
    <w:p w14:paraId="1CA3D39B" w14:textId="77777777" w:rsidR="00E147F0" w:rsidRDefault="00000000">
      <w:r>
        <w:t>Date of Application: __________________________</w:t>
      </w:r>
    </w:p>
    <w:p w14:paraId="2D59E051" w14:textId="77777777" w:rsidR="00E147F0" w:rsidRDefault="00000000">
      <w:r>
        <w:t>Applicant / Grave Owner Name: ________________________________</w:t>
      </w:r>
    </w:p>
    <w:p w14:paraId="3BB00DA6" w14:textId="77777777" w:rsidR="00E147F0" w:rsidRDefault="00000000">
      <w:r>
        <w:t>Address: _________________________________________________</w:t>
      </w:r>
    </w:p>
    <w:p w14:paraId="6C085E50" w14:textId="77777777" w:rsidR="00E147F0" w:rsidRDefault="00000000">
      <w:r>
        <w:t>_________________________________________________________</w:t>
      </w:r>
    </w:p>
    <w:p w14:paraId="18170812" w14:textId="77777777" w:rsidR="00E147F0" w:rsidRDefault="00000000">
      <w:r>
        <w:t>_________________________________________________________</w:t>
      </w:r>
    </w:p>
    <w:p w14:paraId="1AEC4AF5" w14:textId="77777777" w:rsidR="00E147F0" w:rsidRDefault="00000000">
      <w:r>
        <w:t>Telephone: ______________________________________________</w:t>
      </w:r>
    </w:p>
    <w:p w14:paraId="76045252" w14:textId="78AA9B4D" w:rsidR="00E147F0" w:rsidRDefault="00000000">
      <w:r>
        <w:t>Email: _________________________________________________</w:t>
      </w:r>
      <w:r w:rsidR="00DB6B65">
        <w:t>__</w:t>
      </w:r>
    </w:p>
    <w:p w14:paraId="5621FBF3" w14:textId="77777777" w:rsidR="00435C98" w:rsidRDefault="00435C98"/>
    <w:p w14:paraId="3BE4ABEC" w14:textId="77777777" w:rsidR="00E147F0" w:rsidRDefault="00000000">
      <w:r>
        <w:t>Type of Grave Space Required:</w:t>
      </w:r>
    </w:p>
    <w:p w14:paraId="0E7DDAE7" w14:textId="77777777" w:rsidR="00E147F0" w:rsidRDefault="00000000">
      <w:r>
        <w:t>Full Burial Grave □</w:t>
      </w:r>
    </w:p>
    <w:p w14:paraId="0D437995" w14:textId="35177D2D" w:rsidR="00E147F0" w:rsidRDefault="00000000">
      <w:r>
        <w:t>Cremated Remains □</w:t>
      </w:r>
    </w:p>
    <w:p w14:paraId="2B2B1880" w14:textId="77777777" w:rsidR="00E147F0" w:rsidRDefault="00000000">
      <w:r>
        <w:t>Name of Person(s) for whom the grave space is being reserved (if known):</w:t>
      </w:r>
    </w:p>
    <w:p w14:paraId="2F57AA29" w14:textId="77777777" w:rsidR="00E147F0" w:rsidRDefault="00000000">
      <w:r>
        <w:t>_________________________________________________________</w:t>
      </w:r>
    </w:p>
    <w:p w14:paraId="5127C18F" w14:textId="77777777" w:rsidR="00E147F0" w:rsidRDefault="00000000">
      <w:r>
        <w:t>_________________________________________________________</w:t>
      </w:r>
    </w:p>
    <w:p w14:paraId="7D395C8B" w14:textId="77777777" w:rsidR="00E147F0" w:rsidRDefault="00000000">
      <w:r>
        <w:t>_________________________________________________________</w:t>
      </w:r>
    </w:p>
    <w:p w14:paraId="1CA03948" w14:textId="77777777" w:rsidR="00E147F0" w:rsidRDefault="00E147F0"/>
    <w:p w14:paraId="49C25181" w14:textId="77777777" w:rsidR="00E147F0" w:rsidRDefault="00000000">
      <w:r>
        <w:lastRenderedPageBreak/>
        <w:t>Declaration:</w:t>
      </w:r>
    </w:p>
    <w:p w14:paraId="3EBD8D3E" w14:textId="77777777" w:rsidR="00E147F0" w:rsidRDefault="00000000">
      <w:r>
        <w:t>I confirm that the information provided is correct and that I understand the Exclusive Right of Burial will be granted to the person named as the Grave Owner above. I agree to abide by the Rules and Regulations of Haxby and Wigginton Cemetery and acknowledge that the reservation is subject to payment of the applicable fee and approval by the Cemetery Committee.</w:t>
      </w:r>
    </w:p>
    <w:p w14:paraId="08E05307" w14:textId="77777777" w:rsidR="00E147F0" w:rsidRDefault="00E147F0"/>
    <w:p w14:paraId="20DDDC4E" w14:textId="77777777" w:rsidR="00E147F0" w:rsidRDefault="00000000">
      <w:r>
        <w:t>Signature: _____________________</w:t>
      </w:r>
    </w:p>
    <w:p w14:paraId="5DCB3AA1" w14:textId="5F803044" w:rsidR="008A7F4B" w:rsidRDefault="00000000">
      <w:r>
        <w:t>Date: __________________________</w:t>
      </w:r>
    </w:p>
    <w:p w14:paraId="247CD9DB" w14:textId="77777777" w:rsidR="00E147F0" w:rsidRPr="00127F49" w:rsidRDefault="00000000">
      <w:pPr>
        <w:rPr>
          <w:i/>
          <w:iCs/>
        </w:rPr>
      </w:pPr>
      <w:r w:rsidRPr="00127F49">
        <w:rPr>
          <w:i/>
          <w:iCs/>
        </w:rPr>
        <w:t>For Office Use Only</w:t>
      </w:r>
    </w:p>
    <w:p w14:paraId="64BE5EC1" w14:textId="77777777" w:rsidR="00E147F0" w:rsidRDefault="00E147F0">
      <w:pPr>
        <w:rPr>
          <w:i/>
          <w:iCs/>
        </w:rPr>
      </w:pPr>
    </w:p>
    <w:p w14:paraId="503C93B3" w14:textId="77777777" w:rsidR="00C53EFA" w:rsidRDefault="00C53EFA">
      <w:pPr>
        <w:rPr>
          <w:i/>
          <w:iCs/>
        </w:rPr>
      </w:pPr>
    </w:p>
    <w:p w14:paraId="3F75917F" w14:textId="77777777" w:rsidR="00C53EFA" w:rsidRDefault="00C53EFA">
      <w:pPr>
        <w:rPr>
          <w:i/>
          <w:iCs/>
        </w:rPr>
      </w:pPr>
    </w:p>
    <w:p w14:paraId="7E132F4D" w14:textId="77777777" w:rsidR="00C53EFA" w:rsidRDefault="00C53EFA">
      <w:pPr>
        <w:rPr>
          <w:i/>
          <w:iCs/>
        </w:rPr>
      </w:pPr>
    </w:p>
    <w:p w14:paraId="4EF79C33" w14:textId="77777777" w:rsidR="00C53EFA" w:rsidRPr="00127F49" w:rsidRDefault="00C53EFA">
      <w:pPr>
        <w:rPr>
          <w:i/>
          <w:iCs/>
        </w:rPr>
      </w:pPr>
    </w:p>
    <w:p w14:paraId="7D8B3CFB" w14:textId="77777777" w:rsidR="00435C98" w:rsidRDefault="00435C98">
      <w:pPr>
        <w:rPr>
          <w:i/>
          <w:iCs/>
        </w:rPr>
      </w:pPr>
    </w:p>
    <w:p w14:paraId="1F9EE168" w14:textId="77777777" w:rsidR="00435C98" w:rsidRDefault="00435C98">
      <w:pPr>
        <w:rPr>
          <w:i/>
          <w:iCs/>
        </w:rPr>
      </w:pPr>
    </w:p>
    <w:p w14:paraId="281CEBFC" w14:textId="77777777" w:rsidR="00435C98" w:rsidRDefault="00435C98">
      <w:pPr>
        <w:rPr>
          <w:i/>
          <w:iCs/>
        </w:rPr>
      </w:pPr>
    </w:p>
    <w:p w14:paraId="29263FFF" w14:textId="77777777" w:rsidR="00435C98" w:rsidRDefault="00435C98">
      <w:pPr>
        <w:rPr>
          <w:i/>
          <w:iCs/>
        </w:rPr>
      </w:pPr>
    </w:p>
    <w:p w14:paraId="1CA4EBDC" w14:textId="77777777" w:rsidR="00435C98" w:rsidRDefault="00435C98">
      <w:pPr>
        <w:rPr>
          <w:i/>
          <w:iCs/>
        </w:rPr>
      </w:pPr>
    </w:p>
    <w:p w14:paraId="7645F4CA" w14:textId="3B71ED2F" w:rsidR="00E147F0" w:rsidRPr="00127F49" w:rsidRDefault="00000000">
      <w:pPr>
        <w:rPr>
          <w:i/>
          <w:iCs/>
        </w:rPr>
      </w:pPr>
      <w:r w:rsidRPr="00127F49">
        <w:rPr>
          <w:i/>
          <w:iCs/>
        </w:rPr>
        <w:t>Application Received: __________________________</w:t>
      </w:r>
    </w:p>
    <w:p w14:paraId="74CCF20D" w14:textId="77777777" w:rsidR="00E147F0" w:rsidRPr="00127F49" w:rsidRDefault="00000000">
      <w:pPr>
        <w:rPr>
          <w:i/>
          <w:iCs/>
        </w:rPr>
      </w:pPr>
      <w:r w:rsidRPr="00127F49">
        <w:rPr>
          <w:i/>
          <w:iCs/>
        </w:rPr>
        <w:t>Grave Type: ___________________________________</w:t>
      </w:r>
    </w:p>
    <w:p w14:paraId="756EC28C" w14:textId="77777777" w:rsidR="00E147F0" w:rsidRPr="00127F49" w:rsidRDefault="00000000">
      <w:pPr>
        <w:rPr>
          <w:i/>
          <w:iCs/>
        </w:rPr>
      </w:pPr>
      <w:r w:rsidRPr="00127F49">
        <w:rPr>
          <w:i/>
          <w:iCs/>
        </w:rPr>
        <w:t>Grave Number Allocated: ________________________</w:t>
      </w:r>
    </w:p>
    <w:p w14:paraId="352A6F5E" w14:textId="77777777" w:rsidR="00E147F0" w:rsidRPr="00127F49" w:rsidRDefault="00000000">
      <w:pPr>
        <w:rPr>
          <w:i/>
          <w:iCs/>
        </w:rPr>
      </w:pPr>
      <w:r w:rsidRPr="00127F49">
        <w:rPr>
          <w:i/>
          <w:iCs/>
        </w:rPr>
        <w:t>Fee Paid: _____________________________________</w:t>
      </w:r>
    </w:p>
    <w:p w14:paraId="37FF4264" w14:textId="77777777" w:rsidR="00E147F0" w:rsidRDefault="00000000">
      <w:r>
        <w:t>Receipt Number: _______________________________</w:t>
      </w:r>
    </w:p>
    <w:p w14:paraId="56A2B69E" w14:textId="77777777" w:rsidR="00E147F0" w:rsidRDefault="00000000">
      <w:r>
        <w:t>Approved By: __________________________________</w:t>
      </w:r>
    </w:p>
    <w:p w14:paraId="3B449F65" w14:textId="77777777" w:rsidR="00E147F0" w:rsidRDefault="00000000">
      <w:r>
        <w:t>Date Approved: ________________________________</w:t>
      </w:r>
    </w:p>
    <w:sectPr w:rsidR="00E147F0"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423262292">
    <w:abstractNumId w:val="8"/>
  </w:num>
  <w:num w:numId="2" w16cid:durableId="1513884414">
    <w:abstractNumId w:val="6"/>
  </w:num>
  <w:num w:numId="3" w16cid:durableId="1383363661">
    <w:abstractNumId w:val="5"/>
  </w:num>
  <w:num w:numId="4" w16cid:durableId="1105075395">
    <w:abstractNumId w:val="4"/>
  </w:num>
  <w:num w:numId="5" w16cid:durableId="1532110078">
    <w:abstractNumId w:val="7"/>
  </w:num>
  <w:num w:numId="6" w16cid:durableId="26181157">
    <w:abstractNumId w:val="3"/>
  </w:num>
  <w:num w:numId="7" w16cid:durableId="743064079">
    <w:abstractNumId w:val="2"/>
  </w:num>
  <w:num w:numId="8" w16cid:durableId="1334069527">
    <w:abstractNumId w:val="1"/>
  </w:num>
  <w:num w:numId="9" w16cid:durableId="19124221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27F49"/>
    <w:rsid w:val="0015074B"/>
    <w:rsid w:val="001F044A"/>
    <w:rsid w:val="0029639D"/>
    <w:rsid w:val="00326F90"/>
    <w:rsid w:val="0038679F"/>
    <w:rsid w:val="00435C98"/>
    <w:rsid w:val="0056667C"/>
    <w:rsid w:val="0083763B"/>
    <w:rsid w:val="008A7F4B"/>
    <w:rsid w:val="00903155"/>
    <w:rsid w:val="00A36CC6"/>
    <w:rsid w:val="00AA1D8D"/>
    <w:rsid w:val="00B47730"/>
    <w:rsid w:val="00C53EFA"/>
    <w:rsid w:val="00CB0664"/>
    <w:rsid w:val="00DA6037"/>
    <w:rsid w:val="00DB6B65"/>
    <w:rsid w:val="00DF1771"/>
    <w:rsid w:val="00E147F0"/>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56843163-31D3-4A7B-BA1B-0BF5387E1D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281</Words>
  <Characters>1353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1625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Jane Grant</cp:lastModifiedBy>
  <cp:revision>11</cp:revision>
  <dcterms:created xsi:type="dcterms:W3CDTF">2013-12-23T23:15:00Z</dcterms:created>
  <dcterms:modified xsi:type="dcterms:W3CDTF">2026-09-30T09:52:00Z</dcterms:modified>
  <cp:category/>
</cp:coreProperties>
</file>